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5D8D2" w14:textId="77777777" w:rsidR="00B2762A" w:rsidRPr="00C02E86" w:rsidRDefault="00C0506F" w:rsidP="00C02E86">
      <w:pPr>
        <w:pStyle w:val="1"/>
        <w:jc w:val="center"/>
        <w:rPr>
          <w:color w:val="auto"/>
          <w:sz w:val="24"/>
          <w:szCs w:val="24"/>
          <w:lang w:val="el-GR"/>
        </w:rPr>
      </w:pPr>
      <w:bookmarkStart w:id="0" w:name="_GoBack"/>
      <w:bookmarkEnd w:id="0"/>
      <w:r w:rsidRPr="00C02E86">
        <w:rPr>
          <w:color w:val="auto"/>
          <w:sz w:val="24"/>
          <w:szCs w:val="24"/>
          <w:lang w:val="el-GR"/>
        </w:rPr>
        <w:t>ΠΑΝΕΠΙΣΤΗΜΙΟ ΘΕΣΣΑΛΙΑΣ</w:t>
      </w:r>
    </w:p>
    <w:p w14:paraId="6BDBC21C" w14:textId="77777777" w:rsidR="00B2762A" w:rsidRPr="00C02E86" w:rsidRDefault="00C0506F" w:rsidP="00C02E86">
      <w:pPr>
        <w:pStyle w:val="21"/>
        <w:jc w:val="center"/>
        <w:rPr>
          <w:color w:val="auto"/>
          <w:sz w:val="24"/>
          <w:szCs w:val="24"/>
          <w:lang w:val="el-GR"/>
        </w:rPr>
      </w:pPr>
      <w:r w:rsidRPr="00C02E86">
        <w:rPr>
          <w:color w:val="auto"/>
          <w:sz w:val="24"/>
          <w:szCs w:val="24"/>
          <w:lang w:val="el-GR"/>
        </w:rPr>
        <w:t>Σχολή Επιστημών Υγείας – Τμήμα Φυσικοθεραπείας</w:t>
      </w:r>
    </w:p>
    <w:p w14:paraId="68B2937F" w14:textId="77777777" w:rsidR="00B2762A" w:rsidRPr="00C02E86" w:rsidRDefault="00C0506F" w:rsidP="00C02E86">
      <w:pPr>
        <w:pStyle w:val="21"/>
        <w:jc w:val="center"/>
        <w:rPr>
          <w:color w:val="auto"/>
          <w:sz w:val="24"/>
          <w:szCs w:val="24"/>
          <w:lang w:val="el-GR"/>
        </w:rPr>
      </w:pPr>
      <w:r w:rsidRPr="00C02E86">
        <w:rPr>
          <w:color w:val="auto"/>
          <w:sz w:val="24"/>
          <w:szCs w:val="24"/>
          <w:lang w:val="el-GR"/>
        </w:rPr>
        <w:t>ΔΗΛΩΣΗ ΕΝΗΜΕΡΩΣΗΣ ΚΑΙ ΣΥΝΑΙΝΕΣΗΣ ΕΠΕΞΕΡΓΑΣΙΑΣ ΠΡΟΣΩΠΙΚΩΝ ΔΕΔΟΜΕΝΩΝ ΦΟΙΤΗΤΩΝ</w:t>
      </w:r>
    </w:p>
    <w:p w14:paraId="25D15B8F" w14:textId="7E7EF885" w:rsidR="00B2762A" w:rsidRPr="002350C6" w:rsidRDefault="00C0506F">
      <w:r w:rsidRPr="00C02E86">
        <w:rPr>
          <w:lang w:val="el-GR"/>
        </w:rPr>
        <w:br/>
      </w:r>
      <w:r w:rsidRPr="002350C6">
        <w:rPr>
          <w:lang w:val="el-GR"/>
        </w:rPr>
        <w:t>Ονοματεπώνυμο: ______________________________</w:t>
      </w:r>
      <w:r w:rsidRPr="002350C6">
        <w:rPr>
          <w:lang w:val="el-GR"/>
        </w:rPr>
        <w:br/>
      </w:r>
      <w:r w:rsidRPr="002350C6">
        <w:rPr>
          <w:lang w:val="el-GR"/>
        </w:rPr>
        <w:br/>
        <w:t>Αριθμός Μητρώου: _____________________________</w:t>
      </w:r>
      <w:r w:rsidRPr="002350C6">
        <w:rPr>
          <w:lang w:val="el-GR"/>
        </w:rPr>
        <w:br/>
      </w:r>
      <w:r w:rsidRPr="002350C6">
        <w:rPr>
          <w:lang w:val="el-GR"/>
        </w:rPr>
        <w:br/>
        <w:t xml:space="preserve">Ημερομηνία: </w:t>
      </w:r>
      <w:r w:rsidRPr="002350C6">
        <w:rPr>
          <w:lang w:val="el-GR"/>
        </w:rPr>
        <w:t>_________________________________</w:t>
      </w:r>
      <w:r w:rsidRPr="002350C6">
        <w:rPr>
          <w:lang w:val="el-GR"/>
        </w:rPr>
        <w:br/>
      </w:r>
      <w:r w:rsidRPr="002350C6">
        <w:rPr>
          <w:lang w:val="el-GR"/>
        </w:rPr>
        <w:br/>
        <w:t>Δηλώνω ότι ενημερώθηκα από το Τμήμα Φυσικοθεραπείας του Πανεπιστημίου Θεσσαλίας σχετικά με τη συλλογή, τήρηση και επεξεργασία των προσωπικών μου δεδομένων αποκλειστικά για εκπαιδευτικούς, ακαδημαϊκούς, διοικητικούς και ερ</w:t>
      </w:r>
      <w:r w:rsidRPr="002350C6">
        <w:rPr>
          <w:lang w:val="el-GR"/>
        </w:rPr>
        <w:t>ευνητικούς σκοπούς.</w:t>
      </w:r>
      <w:r w:rsidRPr="002350C6">
        <w:rPr>
          <w:lang w:val="el-GR"/>
        </w:rPr>
        <w:br/>
      </w:r>
      <w:r w:rsidRPr="002350C6">
        <w:rPr>
          <w:lang w:val="el-GR"/>
        </w:rPr>
        <w:br/>
        <w:t>Συναινώ:</w:t>
      </w:r>
      <w:r w:rsidRPr="002350C6">
        <w:rPr>
          <w:lang w:val="el-GR"/>
        </w:rPr>
        <w:br/>
        <w:t>☐ Στην ακαδημαϊκή και διοικητική διαχείριση της φοίτησής μου.</w:t>
      </w:r>
      <w:r w:rsidRPr="002350C6">
        <w:rPr>
          <w:lang w:val="el-GR"/>
        </w:rPr>
        <w:br/>
        <w:t xml:space="preserve">☐ Στην ηλεκτρονική επικοινωνία μέσω </w:t>
      </w:r>
      <w:r w:rsidRPr="002350C6">
        <w:t>e</w:t>
      </w:r>
      <w:r w:rsidRPr="002350C6">
        <w:rPr>
          <w:lang w:val="el-GR"/>
        </w:rPr>
        <w:t>-</w:t>
      </w:r>
      <w:r w:rsidRPr="002350C6">
        <w:t>mail</w:t>
      </w:r>
      <w:r w:rsidRPr="002350C6">
        <w:rPr>
          <w:lang w:val="el-GR"/>
        </w:rPr>
        <w:t xml:space="preserve"> για ανακοινώσεις, εκπαιδευτικές δράσεις, συνέδρια και ακαδημαϊκές ενημερώσεις.</w:t>
      </w:r>
      <w:r w:rsidRPr="002350C6">
        <w:rPr>
          <w:lang w:val="el-GR"/>
        </w:rPr>
        <w:br/>
        <w:t>☐ Στη διατήρηση των στοιχείων επικοινωνίας</w:t>
      </w:r>
      <w:r w:rsidRPr="002350C6">
        <w:rPr>
          <w:lang w:val="el-GR"/>
        </w:rPr>
        <w:t xml:space="preserve"> μου μετά την αποφοίτησή μου για έρευνες αποφοίτων, αξιολόγηση προγραμμάτων σπουδών και ακαδημαϊκές δράσεις.</w:t>
      </w:r>
      <w:r w:rsidRPr="002350C6">
        <w:rPr>
          <w:lang w:val="el-GR"/>
        </w:rPr>
        <w:br/>
        <w:t>☐ Στη χρήση φωτογραφικού και οπτικοακουστικού υλικού στο οποίο ενδέχεται να εμφανίζομαι κατά τη συμμετοχή μου σε εκπαιδευτικές, επιστημονικές, κοιν</w:t>
      </w:r>
      <w:r w:rsidRPr="002350C6">
        <w:rPr>
          <w:lang w:val="el-GR"/>
        </w:rPr>
        <w:t>ωνικές και πολιτιστικές δράσεις του Τμήματος.</w:t>
      </w:r>
      <w:r w:rsidRPr="002350C6">
        <w:rPr>
          <w:lang w:val="el-GR"/>
        </w:rPr>
        <w:br/>
      </w:r>
      <w:r w:rsidRPr="002350C6">
        <w:rPr>
          <w:lang w:val="el-GR"/>
        </w:rPr>
        <w:br/>
        <w:t>Δηλώνω ότι ενημερώθηκα ότι:</w:t>
      </w:r>
      <w:r w:rsidRPr="002350C6">
        <w:rPr>
          <w:lang w:val="el-GR"/>
        </w:rPr>
        <w:br/>
      </w:r>
      <w:r w:rsidRPr="002350C6">
        <w:rPr>
          <w:lang w:val="el-GR"/>
        </w:rPr>
        <w:br/>
        <w:t>1. Τα δεδομένα θα χρησιμοποιούνται αποκλειστικά για τους παραπάνω σκοπούς.</w:t>
      </w:r>
      <w:r w:rsidRPr="002350C6">
        <w:rPr>
          <w:lang w:val="el-GR"/>
        </w:rPr>
        <w:br/>
        <w:t>2. Έχω δικαίωμα πρόσβασης, διόρθωσης, περιορισμού ή διαγραφής όπου προβλέπεται.</w:t>
      </w:r>
      <w:r w:rsidRPr="002350C6">
        <w:rPr>
          <w:lang w:val="el-GR"/>
        </w:rPr>
        <w:br/>
        <w:t>3. Έχω δικαίωμα ανάκλησης</w:t>
      </w:r>
      <w:r w:rsidRPr="002350C6">
        <w:rPr>
          <w:lang w:val="el-GR"/>
        </w:rPr>
        <w:t xml:space="preserve"> της συναίνεσής μου.</w:t>
      </w:r>
      <w:r w:rsidRPr="002350C6">
        <w:rPr>
          <w:lang w:val="el-GR"/>
        </w:rPr>
        <w:br/>
        <w:t xml:space="preserve">4. Τα δεδομένα τηρούνται σύμφωνα με τον </w:t>
      </w:r>
      <w:r w:rsidRPr="002350C6">
        <w:t>GDPR</w:t>
      </w:r>
      <w:r w:rsidRPr="002350C6">
        <w:rPr>
          <w:lang w:val="el-GR"/>
        </w:rPr>
        <w:t xml:space="preserve"> και την ισχύουσα νομοθεσία.</w:t>
      </w:r>
      <w:r w:rsidRPr="002350C6">
        <w:rPr>
          <w:lang w:val="el-GR"/>
        </w:rPr>
        <w:br/>
      </w:r>
      <w:r w:rsidRPr="002350C6">
        <w:rPr>
          <w:lang w:val="el-GR"/>
        </w:rPr>
        <w:br/>
      </w:r>
      <w:r w:rsidRPr="002350C6">
        <w:t>Υπ</w:t>
      </w:r>
      <w:proofErr w:type="spellStart"/>
      <w:r w:rsidRPr="002350C6">
        <w:t>ογρ</w:t>
      </w:r>
      <w:proofErr w:type="spellEnd"/>
      <w:r w:rsidRPr="002350C6">
        <w:t>αφή: _______________________</w:t>
      </w:r>
      <w:r w:rsidRPr="002350C6">
        <w:br/>
      </w:r>
      <w:r w:rsidRPr="002350C6">
        <w:br/>
      </w:r>
      <w:proofErr w:type="spellStart"/>
      <w:r w:rsidRPr="002350C6">
        <w:t>Ονομ</w:t>
      </w:r>
      <w:proofErr w:type="spellEnd"/>
      <w:r w:rsidRPr="002350C6">
        <w:t>ατεπώνυμο: __________________</w:t>
      </w:r>
      <w:r w:rsidRPr="002350C6">
        <w:br/>
      </w:r>
      <w:r w:rsidRPr="002350C6">
        <w:br/>
        <w:t>Ημερομηνία: ______________________</w:t>
      </w:r>
      <w:r w:rsidRPr="002350C6">
        <w:br/>
      </w:r>
    </w:p>
    <w:sectPr w:rsidR="00B2762A" w:rsidRPr="002350C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3F9F"/>
    <w:rsid w:val="00212563"/>
    <w:rsid w:val="002350C6"/>
    <w:rsid w:val="0029639D"/>
    <w:rsid w:val="00326F90"/>
    <w:rsid w:val="00673995"/>
    <w:rsid w:val="00912318"/>
    <w:rsid w:val="00AA1D8D"/>
    <w:rsid w:val="00B2762A"/>
    <w:rsid w:val="00B47730"/>
    <w:rsid w:val="00C02E86"/>
    <w:rsid w:val="00C0506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0FC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174E95-971D-4A3A-BB84-B3181DB0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gramfys01</cp:lastModifiedBy>
  <cp:revision>2</cp:revision>
  <dcterms:created xsi:type="dcterms:W3CDTF">2026-06-08T05:04:00Z</dcterms:created>
  <dcterms:modified xsi:type="dcterms:W3CDTF">2026-06-08T05:04:00Z</dcterms:modified>
</cp:coreProperties>
</file>